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406C2" w14:textId="77777777" w:rsidR="00386E64" w:rsidRDefault="00386E64" w:rsidP="00386E64">
      <w:pPr>
        <w:pStyle w:val="Ttulo"/>
        <w:jc w:val="center"/>
      </w:pPr>
      <w:r>
        <w:rPr>
          <w:noProof/>
          <w:lang w:val="pt-BR" w:eastAsia="pt-BR"/>
        </w:rPr>
        <w:drawing>
          <wp:inline distT="0" distB="0" distL="0" distR="0" wp14:anchorId="17D8A4C1" wp14:editId="6D3535FC">
            <wp:extent cx="962025" cy="96202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TRANSPARENTE-1-768x768[1]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42853" w14:textId="77777777" w:rsidR="00EB1206" w:rsidRPr="00386E64" w:rsidRDefault="00386E64" w:rsidP="00386E64">
      <w:pPr>
        <w:pStyle w:val="Ttulo"/>
        <w:jc w:val="center"/>
        <w:rPr>
          <w:sz w:val="36"/>
          <w:szCs w:val="36"/>
        </w:rPr>
      </w:pPr>
      <w:r w:rsidRPr="00386E64">
        <w:rPr>
          <w:sz w:val="36"/>
          <w:szCs w:val="36"/>
        </w:rPr>
        <w:t>Projeto Social Vale dos Ornitorrincos</w:t>
      </w:r>
    </w:p>
    <w:p w14:paraId="2BEBEEEA" w14:textId="77777777" w:rsidR="00EB1206" w:rsidRDefault="00386E64">
      <w:pPr>
        <w:pStyle w:val="Ttulo1"/>
      </w:pPr>
      <w:r>
        <w:t>Dados Pessoais</w:t>
      </w:r>
    </w:p>
    <w:p w14:paraId="15395D07" w14:textId="77777777" w:rsidR="00EB1206" w:rsidRDefault="00386E64">
      <w:r>
        <w:t>Nome Completo: ______________________________________________________________________________</w:t>
      </w:r>
    </w:p>
    <w:p w14:paraId="54B29D19" w14:textId="77777777" w:rsidR="00EB1206" w:rsidRDefault="00386E64">
      <w:r>
        <w:t>Data de Nascimento: ____/____/____</w:t>
      </w:r>
    </w:p>
    <w:p w14:paraId="6341B3D4" w14:textId="77777777" w:rsidR="00EB1206" w:rsidRDefault="00386E64">
      <w:r>
        <w:t>Sexo: ( ) Masculino ( ) Feminino ( ) Outro</w:t>
      </w:r>
    </w:p>
    <w:p w14:paraId="6A9CAD7F" w14:textId="77777777" w:rsidR="00EB1206" w:rsidRDefault="00386E64">
      <w:r>
        <w:t>RG: _______________________________</w:t>
      </w:r>
    </w:p>
    <w:p w14:paraId="17B8C70B" w14:textId="77777777" w:rsidR="00EB1206" w:rsidRDefault="00386E64">
      <w:r>
        <w:t>CPF: ______________________________</w:t>
      </w:r>
    </w:p>
    <w:p w14:paraId="26B8A5AC" w14:textId="77777777" w:rsidR="00EB1206" w:rsidRDefault="00386E64">
      <w:r>
        <w:t>Naturalidade: ___________________________</w:t>
      </w:r>
    </w:p>
    <w:p w14:paraId="14B88590" w14:textId="77777777" w:rsidR="00EB1206" w:rsidRDefault="00386E64">
      <w:pPr>
        <w:pStyle w:val="Ttulo1"/>
      </w:pPr>
      <w:r>
        <w:t>Endereço</w:t>
      </w:r>
    </w:p>
    <w:p w14:paraId="05E8A322" w14:textId="77777777" w:rsidR="00EB1206" w:rsidRDefault="00386E64">
      <w:r>
        <w:t>Rua: ________________________________________________________________________________________</w:t>
      </w:r>
    </w:p>
    <w:p w14:paraId="48C6FD35" w14:textId="77777777" w:rsidR="00EB1206" w:rsidRDefault="00386E64">
      <w:r>
        <w:t>Número: _______</w:t>
      </w:r>
    </w:p>
    <w:p w14:paraId="14ECBA64" w14:textId="77777777" w:rsidR="00EB1206" w:rsidRDefault="00386E64">
      <w:r>
        <w:t>Bairro: ______________________________________________________________________________________</w:t>
      </w:r>
    </w:p>
    <w:p w14:paraId="58B74387" w14:textId="77777777" w:rsidR="00EB1206" w:rsidRDefault="00386E64">
      <w:r>
        <w:t>Cidade: _______________________________________________</w:t>
      </w:r>
    </w:p>
    <w:p w14:paraId="09A66A89" w14:textId="77777777" w:rsidR="00EB1206" w:rsidRDefault="00386E64">
      <w:r>
        <w:t>Telefone/WhatsApp: _________________________________</w:t>
      </w:r>
    </w:p>
    <w:p w14:paraId="5051D11A" w14:textId="77777777" w:rsidR="00EB1206" w:rsidRDefault="00386E64">
      <w:pPr>
        <w:pStyle w:val="Ttulo1"/>
      </w:pPr>
      <w:r>
        <w:t>Dados Escolares</w:t>
      </w:r>
    </w:p>
    <w:p w14:paraId="6DCFA949" w14:textId="77777777" w:rsidR="00EB1206" w:rsidRDefault="00386E64">
      <w:r>
        <w:t>Nome da Escola: _____________________________________________________________________________</w:t>
      </w:r>
    </w:p>
    <w:p w14:paraId="529E435D" w14:textId="77777777" w:rsidR="00EB1206" w:rsidRDefault="00386E64">
      <w:r>
        <w:t>Série/Ano: ___________________________________________</w:t>
      </w:r>
    </w:p>
    <w:p w14:paraId="1C8B2B91" w14:textId="77777777" w:rsidR="00EB1206" w:rsidRDefault="00386E64">
      <w:r>
        <w:t>Situação Escolar: ( ) Regular ( ) Reprovado(a) ( ) Outro</w:t>
      </w:r>
    </w:p>
    <w:p w14:paraId="221318EB" w14:textId="77777777" w:rsidR="00EB1206" w:rsidRDefault="00386E64">
      <w:pPr>
        <w:pStyle w:val="Ttulo1"/>
      </w:pPr>
      <w:r>
        <w:t>Dados Familiares</w:t>
      </w:r>
    </w:p>
    <w:p w14:paraId="51AFAE89" w14:textId="77777777" w:rsidR="00EB1206" w:rsidRDefault="00386E64">
      <w:r>
        <w:t>Nome do Responsável: ________________________________________________________________________</w:t>
      </w:r>
    </w:p>
    <w:p w14:paraId="5BC79C54" w14:textId="77777777" w:rsidR="00EB1206" w:rsidRDefault="00386E64">
      <w:r>
        <w:t>Parentesco: ___________________________________________</w:t>
      </w:r>
    </w:p>
    <w:p w14:paraId="13C52533" w14:textId="77777777" w:rsidR="00EB1206" w:rsidRDefault="00386E64">
      <w:r>
        <w:t>Telefone de Contato: __________________________________</w:t>
      </w:r>
    </w:p>
    <w:p w14:paraId="0D30D179" w14:textId="77777777" w:rsidR="00EB1206" w:rsidRDefault="00386E64">
      <w:r>
        <w:t>Profissão do Responsável: _____________________________</w:t>
      </w:r>
    </w:p>
    <w:p w14:paraId="24E0CE6C" w14:textId="77777777" w:rsidR="00EB1206" w:rsidRDefault="00386E64">
      <w:pPr>
        <w:pStyle w:val="Ttulo1"/>
      </w:pPr>
      <w:r>
        <w:t>Dados de Saúde</w:t>
      </w:r>
    </w:p>
    <w:p w14:paraId="5F5BD94D" w14:textId="77777777" w:rsidR="00EB1206" w:rsidRDefault="00386E64">
      <w:r>
        <w:t>Possui algum tipo de deficiência? (  ) Sim (  ) Não</w:t>
      </w:r>
    </w:p>
    <w:p w14:paraId="61AC5788" w14:textId="77777777" w:rsidR="00EB1206" w:rsidRDefault="00386E64">
      <w:r>
        <w:t>Se sim, qual? ________________________________________________________________________________</w:t>
      </w:r>
    </w:p>
    <w:p w14:paraId="2BA6E036" w14:textId="77777777" w:rsidR="00EB1206" w:rsidRDefault="00386E64">
      <w:r>
        <w:t>Possui doenças crônicas? (  ) Sim (  ) Não</w:t>
      </w:r>
    </w:p>
    <w:p w14:paraId="3BF44F5C" w14:textId="77777777" w:rsidR="00EB1206" w:rsidRDefault="00386E64">
      <w:r>
        <w:t>Se sim, qual? ________________________________________________________________________________</w:t>
      </w:r>
    </w:p>
    <w:p w14:paraId="26954ACC" w14:textId="77777777" w:rsidR="00EB1206" w:rsidRDefault="00386E64">
      <w:r>
        <w:t>Medicamentos: _______________________________________________________________________________</w:t>
      </w:r>
    </w:p>
    <w:p w14:paraId="48634DCC" w14:textId="77777777" w:rsidR="00386E64" w:rsidRDefault="00386E64">
      <w:r>
        <w:t xml:space="preserve">Necessidades especiais (alimentares, psicológicas, etc.) alergias: </w:t>
      </w:r>
    </w:p>
    <w:p w14:paraId="24AC7536" w14:textId="77777777" w:rsidR="00EB1206" w:rsidRDefault="00386E64">
      <w:r>
        <w:t>______________________________________________________________________________________</w:t>
      </w:r>
    </w:p>
    <w:p w14:paraId="071953E4" w14:textId="77777777" w:rsidR="00EB1206" w:rsidRDefault="00386E64">
      <w:pPr>
        <w:pStyle w:val="Ttulo1"/>
      </w:pPr>
      <w:r>
        <w:t>Dados Socioeconômicos</w:t>
      </w:r>
    </w:p>
    <w:p w14:paraId="71B3F8F0" w14:textId="77777777" w:rsidR="00EB1206" w:rsidRDefault="00386E64">
      <w:r>
        <w:t>Renda familiar mensal: (  ) Até 1 salário mínimo (  ) De 1 a 3 salários (  ) De 3 a 5 salários (  ) Acima de 5 salários</w:t>
      </w:r>
    </w:p>
    <w:p w14:paraId="20620859" w14:textId="77777777" w:rsidR="00386E64" w:rsidRDefault="00386E64">
      <w:r>
        <w:t>Familia beneficiaria programa social (  ) Sim (  ) Não  Qual: _____________________________________</w:t>
      </w:r>
    </w:p>
    <w:p w14:paraId="6BE70D3B" w14:textId="77777777" w:rsidR="00EB1206" w:rsidRDefault="00386E64">
      <w:r>
        <w:t>Quantidade de pessoas na residência: _______</w:t>
      </w:r>
    </w:p>
    <w:p w14:paraId="19F3748A" w14:textId="77777777" w:rsidR="00EB1206" w:rsidRDefault="00386E64">
      <w:r>
        <w:t>Moradia: (  ) Própria (  ) Alugada (  ) Cedida (  ) Outro</w:t>
      </w:r>
    </w:p>
    <w:p w14:paraId="2BCA9F63" w14:textId="77777777" w:rsidR="00EB1206" w:rsidRDefault="00386E64">
      <w:r>
        <w:t>Meio de transporte utilizado para locomoção: (  ) A pé (  ) Transporte público (  ) Veículo próprio</w:t>
      </w:r>
    </w:p>
    <w:p w14:paraId="175156DC" w14:textId="77777777" w:rsidR="00EB1206" w:rsidRDefault="00386E64">
      <w:pPr>
        <w:pStyle w:val="Ttulo1"/>
      </w:pPr>
      <w:r>
        <w:t>Declaração e Assinatura</w:t>
      </w:r>
    </w:p>
    <w:p w14:paraId="267DEAC0" w14:textId="77777777" w:rsidR="00EB1206" w:rsidRDefault="00386E64">
      <w:r>
        <w:t>Declaro que as informações acima são verídicas e autorizo a utilização dos dados para fins do Projeto Social Vale dos Ornitorrincos.</w:t>
      </w:r>
    </w:p>
    <w:p w14:paraId="47A37D66" w14:textId="77777777" w:rsidR="00386E64" w:rsidRDefault="00386E64"/>
    <w:p w14:paraId="660E8DFD" w14:textId="77777777" w:rsidR="00386E64" w:rsidRDefault="00386E64">
      <w:r>
        <w:t>________________________________________________________________________________</w:t>
      </w:r>
    </w:p>
    <w:p w14:paraId="576A1E3E" w14:textId="77777777" w:rsidR="00EB1206" w:rsidRDefault="00386E64">
      <w:r>
        <w:t xml:space="preserve">Assinatura do Responsável: </w:t>
      </w:r>
    </w:p>
    <w:p w14:paraId="1D17099E" w14:textId="77777777" w:rsidR="00EB1206" w:rsidRDefault="00386E64">
      <w:r>
        <w:t>Data: ____/____/____</w:t>
      </w:r>
    </w:p>
    <w:sectPr w:rsidR="00EB120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88834741">
    <w:abstractNumId w:val="8"/>
  </w:num>
  <w:num w:numId="2" w16cid:durableId="523439119">
    <w:abstractNumId w:val="6"/>
  </w:num>
  <w:num w:numId="3" w16cid:durableId="1685933437">
    <w:abstractNumId w:val="5"/>
  </w:num>
  <w:num w:numId="4" w16cid:durableId="716196398">
    <w:abstractNumId w:val="4"/>
  </w:num>
  <w:num w:numId="5" w16cid:durableId="1494490055">
    <w:abstractNumId w:val="7"/>
  </w:num>
  <w:num w:numId="6" w16cid:durableId="1335917203">
    <w:abstractNumId w:val="3"/>
  </w:num>
  <w:num w:numId="7" w16cid:durableId="1308820443">
    <w:abstractNumId w:val="2"/>
  </w:num>
  <w:num w:numId="8" w16cid:durableId="1227952268">
    <w:abstractNumId w:val="1"/>
  </w:num>
  <w:num w:numId="9" w16cid:durableId="375592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0"/>
  <w:revisionView w:inkAnnotations="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86E64"/>
    <w:rsid w:val="007D0EE5"/>
    <w:rsid w:val="00AA1D8D"/>
    <w:rsid w:val="00B47730"/>
    <w:rsid w:val="00CB0664"/>
    <w:rsid w:val="00CE095F"/>
    <w:rsid w:val="00EB120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DE9F8CD"/>
  <w14:defaultImageDpi w14:val="300"/>
  <w15:docId w15:val="{BF9A4B11-5076-D24B-ACD9-8DD3373D7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386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6E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pn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6DADBBE-5781-463E-8736-B6FA0572F18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382</Words>
  <Characters>2065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glauziana veronez vieira</cp:lastModifiedBy>
  <cp:revision>2</cp:revision>
  <dcterms:created xsi:type="dcterms:W3CDTF">2025-05-27T19:56:00Z</dcterms:created>
  <dcterms:modified xsi:type="dcterms:W3CDTF">2025-05-27T19:56:00Z</dcterms:modified>
</cp:coreProperties>
</file>